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DA0907" w:rsidRPr="00D35336" w14:paraId="112CB404" w14:textId="77777777">
        <w:trPr>
          <w:jc w:val="center"/>
        </w:trPr>
        <w:tc>
          <w:tcPr>
            <w:tcW w:w="9978" w:type="dxa"/>
            <w:tcBorders>
              <w:top w:val="single" w:sz="0" w:space="0" w:color="2457A6"/>
              <w:left w:val="single" w:sz="0" w:space="0" w:color="2457A6"/>
              <w:bottom w:val="single" w:sz="0" w:space="0" w:color="2457A6"/>
              <w:right w:val="single" w:sz="0" w:space="0" w:color="2457A6"/>
            </w:tcBorders>
            <w:shd w:val="clear" w:color="auto" w:fill="2457A6"/>
            <w:tcMar>
              <w:top w:w="160" w:type="dxa"/>
              <w:left w:w="120" w:type="dxa"/>
              <w:bottom w:w="160" w:type="dxa"/>
              <w:right w:w="120" w:type="dxa"/>
            </w:tcMar>
          </w:tcPr>
          <w:p w14:paraId="6096B864" w14:textId="77777777" w:rsidR="00DA0907" w:rsidRPr="00D35336" w:rsidRDefault="00E403ED">
            <w:pPr>
              <w:jc w:val="center"/>
            </w:pPr>
            <w:r w:rsidRPr="00D35336">
              <w:rPr>
                <w:b/>
                <w:color w:val="FFFFFF"/>
                <w:sz w:val="38"/>
              </w:rPr>
              <w:t>Fiche de candidature CleanTech Booster</w:t>
            </w:r>
          </w:p>
        </w:tc>
      </w:tr>
    </w:tbl>
    <w:p w14:paraId="7B02AF34" w14:textId="77777777" w:rsidR="00DA0907" w:rsidRPr="00D35336" w:rsidRDefault="00DA0907">
      <w:pPr>
        <w:spacing w:after="0"/>
      </w:pPr>
    </w:p>
    <w:p w14:paraId="31084F1C" w14:textId="4A541FB0" w:rsidR="00DA0907" w:rsidRPr="00D35336" w:rsidRDefault="00E403ED">
      <w:pPr>
        <w:spacing w:after="80"/>
      </w:pPr>
      <w:r w:rsidRPr="00D35336">
        <w:rPr>
          <w:b/>
        </w:rPr>
        <w:t>Veuillez renseigner le formulaire ci-dessous pour déposer votre candidature à l’Accélérateur Cleantech Booster.</w:t>
      </w:r>
      <w:r w:rsidR="00D35336" w:rsidRPr="00D35336">
        <w:rPr>
          <w:i/>
          <w:iCs/>
        </w:rPr>
        <w:t xml:space="preserve"> (</w:t>
      </w:r>
      <w:r w:rsidR="00D35336" w:rsidRPr="00D35336">
        <w:rPr>
          <w:bCs/>
          <w:i/>
          <w:iCs/>
        </w:rPr>
        <w:t>Les champs suivis d’un * sont obligatoires)</w:t>
      </w:r>
    </w:p>
    <w:p w14:paraId="26CFAA55" w14:textId="3B0B004B" w:rsidR="00DA0907" w:rsidRPr="00D35336" w:rsidRDefault="00E403ED">
      <w:pPr>
        <w:spacing w:after="160"/>
      </w:pPr>
      <w:r w:rsidRPr="00D35336">
        <w:t xml:space="preserve">Pour toute information, n'hésitez pas à contacter : </w:t>
      </w:r>
      <w:hyperlink r:id="rId11" w:history="1">
        <w:r w:rsidR="00FB2341" w:rsidRPr="002876D0">
          <w:rPr>
            <w:rStyle w:val="Lienhypertexte"/>
          </w:rPr>
          <w:t>info@cleantech-vallee.fr</w:t>
        </w:r>
      </w:hyperlink>
      <w:r w:rsidR="00FB2341">
        <w:t xml:space="preserve"> </w:t>
      </w:r>
      <w:r w:rsidRPr="00D35336">
        <w:t>/ 07 65 22 09 57</w:t>
      </w:r>
    </w:p>
    <w:p w14:paraId="07C64B76" w14:textId="77777777" w:rsidR="00DA0907" w:rsidRPr="00D35336" w:rsidRDefault="00E403ED" w:rsidP="00FB2341">
      <w:pPr>
        <w:keepNext/>
        <w:shd w:val="clear" w:color="auto" w:fill="E5005A"/>
        <w:spacing w:before="160" w:after="100"/>
        <w:ind w:left="85" w:right="5669"/>
      </w:pPr>
      <w:r w:rsidRPr="00D35336">
        <w:rPr>
          <w:b/>
          <w:color w:val="FFFFFF"/>
          <w:sz w:val="22"/>
        </w:rPr>
        <w:t>VOUS</w:t>
      </w:r>
    </w:p>
    <w:p w14:paraId="5D499368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Civilité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A0907" w:rsidRPr="00D35336" w14:paraId="64BFDC9A" w14:textId="77777777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A8D6B1" w14:textId="2D32BBDB" w:rsidR="00DA0907" w:rsidRPr="00D35336" w:rsidRDefault="00E403ED">
            <w:pPr>
              <w:spacing w:after="0"/>
            </w:pPr>
            <w:sdt>
              <w:sdtPr>
                <w:alias w:val="CIVILITE_1"/>
                <w:tag w:val="CIVILITE_1"/>
                <w:id w:val="-3396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336" w:rsidRPr="00D353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35336">
              <w:t xml:space="preserve"> Madame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41434D" w14:textId="77777777" w:rsidR="00DA0907" w:rsidRPr="00D35336" w:rsidRDefault="00E403ED">
            <w:pPr>
              <w:spacing w:after="0"/>
            </w:pPr>
            <w:sdt>
              <w:sdtPr>
                <w:alias w:val="CIVILITE_2"/>
                <w:tag w:val="CIVILITE_2"/>
                <w:id w:val="-92541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Monsieur</w:t>
            </w:r>
          </w:p>
        </w:tc>
      </w:tr>
    </w:tbl>
    <w:p w14:paraId="2F7EF4E9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Nom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20BFAD1D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48656E0" w14:textId="77777777" w:rsidR="00DA0907" w:rsidRPr="00D35336" w:rsidRDefault="00E403ED">
            <w:pPr>
              <w:spacing w:after="0"/>
            </w:pPr>
            <w:sdt>
              <w:sdtPr>
                <w:alias w:val="NOM"/>
                <w:tag w:val="NOM"/>
                <w:id w:val="-1134944814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7460EDED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Prénom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6DF3CC4A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4594865F" w14:textId="77777777" w:rsidR="00DA0907" w:rsidRPr="00D35336" w:rsidRDefault="00E403ED">
            <w:pPr>
              <w:spacing w:after="0"/>
            </w:pPr>
            <w:sdt>
              <w:sdtPr>
                <w:alias w:val="PRENOM"/>
                <w:tag w:val="PRENOM"/>
                <w:id w:val="1361702112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3CF134A9" w14:textId="77777777" w:rsidR="00DA0907" w:rsidRPr="00D35336" w:rsidRDefault="00E403ED">
      <w:pPr>
        <w:pStyle w:val="Question"/>
        <w:keepNext/>
        <w:rPr>
          <w:lang w:val="fr-FR"/>
        </w:rPr>
      </w:pPr>
      <w:proofErr w:type="gramStart"/>
      <w:r w:rsidRPr="00D35336">
        <w:rPr>
          <w:lang w:val="fr-FR"/>
        </w:rPr>
        <w:t>Email</w:t>
      </w:r>
      <w:proofErr w:type="gramEnd"/>
      <w:r w:rsidRPr="00D35336">
        <w:rPr>
          <w:lang w:val="fr-FR"/>
        </w:rPr>
        <w:t xml:space="preserve">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591D96DA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0C7E01F4" w14:textId="77777777" w:rsidR="00DA0907" w:rsidRPr="00D35336" w:rsidRDefault="00E403ED">
            <w:pPr>
              <w:spacing w:after="0"/>
            </w:pPr>
            <w:sdt>
              <w:sdtPr>
                <w:alias w:val="EMAIL"/>
                <w:tag w:val="EMAIL"/>
                <w:id w:val="-1332754715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5F30FF49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Mobile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2983E569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75BE8868" w14:textId="77777777" w:rsidR="00DA0907" w:rsidRPr="00D35336" w:rsidRDefault="00E403ED">
            <w:pPr>
              <w:spacing w:after="0"/>
            </w:pPr>
            <w:sdt>
              <w:sdtPr>
                <w:alias w:val="MOBILE"/>
                <w:tag w:val="MOBILE"/>
                <w:id w:val="-1215882799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4404A8B6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Fonction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1F61B8E8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01C93778" w14:textId="77777777" w:rsidR="00DA0907" w:rsidRPr="00D35336" w:rsidRDefault="00E403ED">
            <w:pPr>
              <w:spacing w:after="0"/>
            </w:pPr>
            <w:sdt>
              <w:sdtPr>
                <w:alias w:val="FONCTION"/>
                <w:tag w:val="FONCTION"/>
                <w:id w:val="-1052773306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02FF6C9C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Comment avez-vous connu le programme Cleantech Booster ?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55421E66" w14:textId="77777777">
        <w:trPr>
          <w:trHeight w:val="6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F65C5D" w14:textId="77777777" w:rsidR="00DA0907" w:rsidRPr="00D35336" w:rsidRDefault="00E403ED">
            <w:pPr>
              <w:spacing w:after="0"/>
            </w:pPr>
            <w:sdt>
              <w:sdtPr>
                <w:alias w:val="CONNAISSANCE_PROGRAMME"/>
                <w:tag w:val="CONNAISSANCE_PROGRAMME"/>
                <w:id w:val="-1619985950"/>
                <w:text w:multiLine="1"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64950BE4" w14:textId="77777777" w:rsidR="00DA0907" w:rsidRPr="00D35336" w:rsidRDefault="00DA0907">
      <w:pPr>
        <w:spacing w:after="0"/>
      </w:pPr>
    </w:p>
    <w:p w14:paraId="44F605B1" w14:textId="77777777" w:rsidR="00DA0907" w:rsidRPr="00D35336" w:rsidRDefault="00E403ED">
      <w:pPr>
        <w:keepNext/>
        <w:shd w:val="clear" w:color="auto" w:fill="E5005A"/>
        <w:spacing w:before="160" w:after="100"/>
        <w:ind w:left="85" w:right="5669"/>
      </w:pPr>
      <w:r w:rsidRPr="00D35336">
        <w:rPr>
          <w:b/>
          <w:color w:val="FFFFFF"/>
          <w:sz w:val="22"/>
        </w:rPr>
        <w:t>L’ENTREPRISE</w:t>
      </w:r>
    </w:p>
    <w:p w14:paraId="2D45254D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Statut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44D65B6A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50B4D82F" w14:textId="77777777" w:rsidR="00DA0907" w:rsidRPr="00D35336" w:rsidRDefault="00E403ED">
            <w:pPr>
              <w:spacing w:after="0"/>
            </w:pPr>
            <w:sdt>
              <w:sdtPr>
                <w:alias w:val="STATUT"/>
                <w:tag w:val="STATUT"/>
                <w:id w:val="-1137095777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6E7DD143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Nom Projet ou Structure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71DB9830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6BD1FCC9" w14:textId="77777777" w:rsidR="00DA0907" w:rsidRPr="00D35336" w:rsidRDefault="00E403ED">
            <w:pPr>
              <w:spacing w:after="0"/>
            </w:pPr>
            <w:sdt>
              <w:sdtPr>
                <w:alias w:val="NOM_PROJET_STRUCTURE"/>
                <w:tag w:val="NOM_PROJET_STRUCTURE"/>
                <w:id w:val="1496682236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106A5C4E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Activité principale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21C8D1F9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5B63E158" w14:textId="77777777" w:rsidR="00DA0907" w:rsidRPr="00D35336" w:rsidRDefault="00E403ED">
            <w:pPr>
              <w:spacing w:after="0"/>
            </w:pPr>
            <w:sdt>
              <w:sdtPr>
                <w:alias w:val="ACTIVITE_PRINCIPALE"/>
                <w:tag w:val="ACTIVITE_PRINCIPALE"/>
                <w:id w:val="-1194372926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302C119A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Adresse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567283DB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25AC1A1D" w14:textId="77777777" w:rsidR="00DA0907" w:rsidRPr="00D35336" w:rsidRDefault="00E403ED">
            <w:pPr>
              <w:spacing w:after="0"/>
            </w:pPr>
            <w:sdt>
              <w:sdtPr>
                <w:alias w:val="ADRESSE"/>
                <w:tag w:val="ADRESSE"/>
                <w:id w:val="1742288733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023940AE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lastRenderedPageBreak/>
        <w:t>Code postal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7A957979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6972F7B3" w14:textId="77777777" w:rsidR="00DA0907" w:rsidRPr="00D35336" w:rsidRDefault="00E403ED">
            <w:pPr>
              <w:spacing w:after="0"/>
            </w:pPr>
            <w:sdt>
              <w:sdtPr>
                <w:alias w:val="CODE_POSTAL"/>
                <w:tag w:val="CODE_POSTAL"/>
                <w:id w:val="1051040829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536219EE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Ville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3DB64F05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7589ACC7" w14:textId="77777777" w:rsidR="00DA0907" w:rsidRPr="00D35336" w:rsidRDefault="00E403ED">
            <w:pPr>
              <w:spacing w:after="0"/>
            </w:pPr>
            <w:sdt>
              <w:sdtPr>
                <w:alias w:val="VILLE"/>
                <w:tag w:val="VILLE"/>
                <w:id w:val="507258854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16024F0E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Site web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12600149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719F9690" w14:textId="77777777" w:rsidR="00DA0907" w:rsidRPr="00D35336" w:rsidRDefault="00E403ED">
            <w:pPr>
              <w:spacing w:after="0"/>
            </w:pPr>
            <w:sdt>
              <w:sdtPr>
                <w:alias w:val="SITE_WEB"/>
                <w:tag w:val="SITE_WEB"/>
                <w:id w:val="-394586898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081E0173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Créée le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2B07136F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022A4789" w14:textId="77777777" w:rsidR="00DA0907" w:rsidRPr="00D35336" w:rsidRDefault="00E403ED">
            <w:pPr>
              <w:spacing w:after="0"/>
            </w:pPr>
            <w:sdt>
              <w:sdtPr>
                <w:alias w:val="DATE_CREATION"/>
                <w:tag w:val="DATE_CREATION"/>
                <w:id w:val="718023788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498159CD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Code NAF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0C082ED1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025EDB1A" w14:textId="77777777" w:rsidR="00DA0907" w:rsidRPr="00D35336" w:rsidRDefault="00E403ED">
            <w:pPr>
              <w:spacing w:after="0"/>
            </w:pPr>
            <w:sdt>
              <w:sdtPr>
                <w:alias w:val="CODE_NAF"/>
                <w:tag w:val="CODE_NAF"/>
                <w:id w:val="-2019753687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30F8CE83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Capital social (€)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1BE95230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5417461B" w14:textId="77777777" w:rsidR="00DA0907" w:rsidRPr="00D35336" w:rsidRDefault="00E403ED">
            <w:pPr>
              <w:spacing w:after="0"/>
            </w:pPr>
            <w:sdt>
              <w:sdtPr>
                <w:alias w:val="CAPITAL_SOCIAL"/>
                <w:tag w:val="CAPITAL_SOCIAL"/>
                <w:id w:val="-1123066229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6102CB76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CA prévisionnel (€)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2D743CF2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43444768" w14:textId="77777777" w:rsidR="00DA0907" w:rsidRPr="00D35336" w:rsidRDefault="00E403ED">
            <w:pPr>
              <w:spacing w:after="0"/>
            </w:pPr>
            <w:sdt>
              <w:sdtPr>
                <w:alias w:val="CA_PREVISIONNEL"/>
                <w:tag w:val="CA_PREVISIONNEL"/>
                <w:id w:val="1109312259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5F52D36C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CA N-1 (€)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32894EFE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0785C954" w14:textId="77777777" w:rsidR="00DA0907" w:rsidRPr="00D35336" w:rsidRDefault="00E403ED">
            <w:pPr>
              <w:spacing w:after="0"/>
            </w:pPr>
            <w:sdt>
              <w:sdtPr>
                <w:alias w:val="CA_N_1"/>
                <w:tag w:val="CA_N_1"/>
                <w:id w:val="-1187751935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58A837F2" w14:textId="77777777" w:rsidR="00DA0907" w:rsidRPr="00D35336" w:rsidRDefault="00E403ED">
      <w:pPr>
        <w:keepNext/>
        <w:shd w:val="clear" w:color="auto" w:fill="E5005A"/>
        <w:spacing w:before="160" w:after="100"/>
        <w:ind w:left="85" w:right="5669"/>
      </w:pPr>
      <w:r w:rsidRPr="00D35336">
        <w:rPr>
          <w:b/>
          <w:color w:val="FFFFFF"/>
          <w:sz w:val="22"/>
        </w:rPr>
        <w:t>L’EQUIPE</w:t>
      </w:r>
    </w:p>
    <w:p w14:paraId="4877184E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Effectif 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4FF5FE10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1BEC3690" w14:textId="77777777" w:rsidR="00DA0907" w:rsidRPr="00D35336" w:rsidRDefault="00E403ED">
            <w:pPr>
              <w:spacing w:after="0"/>
            </w:pPr>
            <w:sdt>
              <w:sdtPr>
                <w:alias w:val="EFFECTIF_N"/>
                <w:tag w:val="EFFECTIF_N"/>
                <w:id w:val="1767109471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2B209E28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Effectif N-1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0B940A3F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1D601F0D" w14:textId="77777777" w:rsidR="00DA0907" w:rsidRPr="00D35336" w:rsidRDefault="00E403ED">
            <w:pPr>
              <w:spacing w:after="0"/>
            </w:pPr>
            <w:sdt>
              <w:sdtPr>
                <w:alias w:val="EFFECTIF_N_1"/>
                <w:tag w:val="EFFECTIF_N_1"/>
                <w:id w:val="13426010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4959C22B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Appartenance à un groupe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A0907" w:rsidRPr="00D35336" w14:paraId="09DC3811" w14:textId="77777777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7AB6B4" w14:textId="77777777" w:rsidR="00DA0907" w:rsidRPr="00D35336" w:rsidRDefault="00E403ED">
            <w:pPr>
              <w:spacing w:after="0"/>
            </w:pPr>
            <w:sdt>
              <w:sdtPr>
                <w:alias w:val="APPARTENANCE_GROUPE_1"/>
                <w:tag w:val="APPARTENANCE_GROUPE_1"/>
                <w:id w:val="70938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OUI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BFCB04" w14:textId="77777777" w:rsidR="00DA0907" w:rsidRPr="00D35336" w:rsidRDefault="00E403ED">
            <w:pPr>
              <w:spacing w:after="0"/>
            </w:pPr>
            <w:sdt>
              <w:sdtPr>
                <w:alias w:val="APPARTENANCE_GROUPE_2"/>
                <w:tag w:val="APPARTENANCE_GROUPE_2"/>
                <w:id w:val="-56650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NON</w:t>
            </w:r>
          </w:p>
        </w:tc>
      </w:tr>
    </w:tbl>
    <w:p w14:paraId="605F8EF5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Si oui, lequel 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0489EEAF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4CFC4257" w14:textId="77777777" w:rsidR="00DA0907" w:rsidRPr="00D35336" w:rsidRDefault="00E403ED">
            <w:pPr>
              <w:spacing w:after="0"/>
            </w:pPr>
            <w:sdt>
              <w:sdtPr>
                <w:alias w:val="GROUPE_LEQUEL"/>
                <w:tag w:val="GROUPE_LEQUEL"/>
                <w:id w:val="335655025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3A965257" w14:textId="77777777" w:rsidR="00DA0907" w:rsidRPr="00D35336" w:rsidRDefault="00E403ED">
      <w:pPr>
        <w:keepNext/>
        <w:shd w:val="clear" w:color="auto" w:fill="E5005A"/>
        <w:spacing w:before="160" w:after="100"/>
        <w:ind w:left="85" w:right="5669"/>
      </w:pPr>
      <w:r w:rsidRPr="00D35336">
        <w:rPr>
          <w:b/>
          <w:color w:val="FFFFFF"/>
          <w:sz w:val="22"/>
        </w:rPr>
        <w:t>DESCRIPTION DU PROJET</w:t>
      </w:r>
    </w:p>
    <w:p w14:paraId="33E1B83C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A quels enjeux répondez-vous ? *</w:t>
      </w:r>
    </w:p>
    <w:p w14:paraId="7565AD76" w14:textId="77777777" w:rsidR="00DA0907" w:rsidRPr="00D35336" w:rsidRDefault="00E403ED">
      <w:pPr>
        <w:pStyle w:val="Hint"/>
        <w:keepNext/>
        <w:rPr>
          <w:lang w:val="fr-FR"/>
        </w:rPr>
      </w:pPr>
      <w:r w:rsidRPr="00D35336">
        <w:rPr>
          <w:lang w:val="fr-FR"/>
        </w:rPr>
        <w:t>(5 lignes)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50F9CC19" w14:textId="77777777">
        <w:trPr>
          <w:trHeight w:val="165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BC75A3" w14:textId="77777777" w:rsidR="00DA0907" w:rsidRPr="00D35336" w:rsidRDefault="00E403ED">
            <w:pPr>
              <w:spacing w:after="0"/>
            </w:pPr>
            <w:sdt>
              <w:sdtPr>
                <w:alias w:val="ENJEUX"/>
                <w:tag w:val="ENJEUX"/>
                <w:id w:val="1123043251"/>
                <w:text w:multiLine="1"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1A17CBC7" w14:textId="77777777" w:rsidR="00DA0907" w:rsidRPr="00D35336" w:rsidRDefault="00DA0907">
      <w:pPr>
        <w:spacing w:after="0"/>
      </w:pPr>
    </w:p>
    <w:p w14:paraId="1DF14BF7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Description des offres et services *</w:t>
      </w:r>
    </w:p>
    <w:p w14:paraId="4CFBFED3" w14:textId="77777777" w:rsidR="00DA0907" w:rsidRPr="00D35336" w:rsidRDefault="00E403ED">
      <w:pPr>
        <w:pStyle w:val="Hint"/>
        <w:keepNext/>
        <w:rPr>
          <w:lang w:val="fr-FR"/>
        </w:rPr>
      </w:pPr>
      <w:r w:rsidRPr="00D35336">
        <w:rPr>
          <w:lang w:val="fr-FR"/>
        </w:rPr>
        <w:t>(5 lignes)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109A8EEB" w14:textId="77777777">
        <w:trPr>
          <w:trHeight w:val="165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6BB20D" w14:textId="77777777" w:rsidR="00DA0907" w:rsidRPr="00D35336" w:rsidRDefault="00E403ED">
            <w:pPr>
              <w:spacing w:after="0"/>
            </w:pPr>
            <w:sdt>
              <w:sdtPr>
                <w:alias w:val="OFFRES_SERVICES"/>
                <w:tag w:val="OFFRES_SERVICES"/>
                <w:id w:val="-332916390"/>
                <w:text w:multiLine="1"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146979F5" w14:textId="77777777" w:rsidR="00DA0907" w:rsidRPr="00D35336" w:rsidRDefault="00DA0907">
      <w:pPr>
        <w:spacing w:after="0"/>
      </w:pPr>
    </w:p>
    <w:p w14:paraId="2D786267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En quoi l’offre est-elle innovante ? *</w:t>
      </w:r>
    </w:p>
    <w:p w14:paraId="7E63DE4F" w14:textId="77777777" w:rsidR="00DA0907" w:rsidRPr="00D35336" w:rsidRDefault="00E403ED">
      <w:pPr>
        <w:pStyle w:val="Hint"/>
        <w:keepNext/>
        <w:rPr>
          <w:lang w:val="fr-FR"/>
        </w:rPr>
      </w:pPr>
      <w:r w:rsidRPr="00D35336">
        <w:rPr>
          <w:lang w:val="fr-FR"/>
        </w:rPr>
        <w:t>(5 lignes)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3B2068E9" w14:textId="77777777">
        <w:trPr>
          <w:trHeight w:val="165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54752F" w14:textId="77777777" w:rsidR="00DA0907" w:rsidRPr="00D35336" w:rsidRDefault="00E403ED">
            <w:pPr>
              <w:spacing w:after="0"/>
            </w:pPr>
            <w:sdt>
              <w:sdtPr>
                <w:alias w:val="INNOVATION"/>
                <w:tag w:val="INNOVATION"/>
                <w:id w:val="-591237524"/>
                <w:text w:multiLine="1"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65658E81" w14:textId="77777777" w:rsidR="00DA0907" w:rsidRPr="00D35336" w:rsidRDefault="00DA0907">
      <w:pPr>
        <w:spacing w:after="0"/>
      </w:pPr>
    </w:p>
    <w:p w14:paraId="0418DF3B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 xml:space="preserve">Domaine </w:t>
      </w:r>
      <w:proofErr w:type="spellStart"/>
      <w:r w:rsidRPr="00D35336">
        <w:rPr>
          <w:lang w:val="fr-FR"/>
        </w:rPr>
        <w:t>cleantech</w:t>
      </w:r>
      <w:proofErr w:type="spellEnd"/>
      <w:r w:rsidRPr="00D35336">
        <w:rPr>
          <w:lang w:val="fr-FR"/>
        </w:rPr>
        <w:t xml:space="preserve"> lié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A0907" w:rsidRPr="00D35336" w14:paraId="64389AE5" w14:textId="77777777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389148" w14:textId="77777777" w:rsidR="00DA0907" w:rsidRPr="00D35336" w:rsidRDefault="00E403ED">
            <w:pPr>
              <w:keepNext/>
              <w:spacing w:after="0"/>
            </w:pPr>
            <w:sdt>
              <w:sdtPr>
                <w:alias w:val="DOMAINE_CLEANTECH_1"/>
                <w:tag w:val="DOMAINE_CLEANTECH_1"/>
                <w:id w:val="2132364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Bâtiments économes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2A4F80" w14:textId="77777777" w:rsidR="00DA0907" w:rsidRPr="00D35336" w:rsidRDefault="00E403ED">
            <w:pPr>
              <w:keepNext/>
              <w:spacing w:after="0"/>
            </w:pPr>
            <w:sdt>
              <w:sdtPr>
                <w:alias w:val="DOMAINE_CLEANTECH_2"/>
                <w:tag w:val="DOMAINE_CLEANTECH_2"/>
                <w:id w:val="50571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Energies décarbonées &amp; sobriété</w:t>
            </w:r>
          </w:p>
        </w:tc>
      </w:tr>
      <w:tr w:rsidR="00DA0907" w:rsidRPr="00D35336" w14:paraId="06463481" w14:textId="77777777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9B2246" w14:textId="77777777" w:rsidR="00DA0907" w:rsidRPr="00D35336" w:rsidRDefault="00E403ED">
            <w:pPr>
              <w:keepNext/>
              <w:spacing w:after="0"/>
            </w:pPr>
            <w:sdt>
              <w:sdtPr>
                <w:alias w:val="DOMAINE_CLEANTECH_3"/>
                <w:tag w:val="DOMAINE_CLEANTECH_3"/>
                <w:id w:val="370814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Economie circulaire/Dépollution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7EC486" w14:textId="77777777" w:rsidR="00DA0907" w:rsidRPr="00D35336" w:rsidRDefault="00E403ED">
            <w:pPr>
              <w:keepNext/>
              <w:spacing w:after="0"/>
            </w:pPr>
            <w:sdt>
              <w:sdtPr>
                <w:alias w:val="DOMAINE_CLEANTECH_4"/>
                <w:tag w:val="DOMAINE_CLEANTECH_4"/>
                <w:id w:val="171846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Transports propres &amp; mobilité verte</w:t>
            </w:r>
          </w:p>
        </w:tc>
      </w:tr>
      <w:tr w:rsidR="00DA0907" w:rsidRPr="00D35336" w14:paraId="07AE00DE" w14:textId="77777777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E58FAF3" w14:textId="77777777" w:rsidR="00DA0907" w:rsidRPr="00D35336" w:rsidRDefault="00E403ED">
            <w:pPr>
              <w:spacing w:after="0"/>
            </w:pPr>
            <w:sdt>
              <w:sdtPr>
                <w:alias w:val="DOMAINE_CLEANTECH_5"/>
                <w:tag w:val="DOMAINE_CLEANTECH_5"/>
                <w:id w:val="173550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Solutions fondées sur la nature &amp; Cycle de l’eau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A01E0F" w14:textId="77777777" w:rsidR="00DA0907" w:rsidRPr="00D35336" w:rsidRDefault="00E403ED">
            <w:pPr>
              <w:spacing w:after="0"/>
            </w:pPr>
            <w:sdt>
              <w:sdtPr>
                <w:alias w:val="DOMAINE_CLEANTECH_6"/>
                <w:tag w:val="DOMAINE_CLEANTECH_6"/>
                <w:id w:val="-139611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Smart </w:t>
            </w:r>
            <w:proofErr w:type="spellStart"/>
            <w:r w:rsidRPr="00D35336">
              <w:t>Grids</w:t>
            </w:r>
            <w:proofErr w:type="spellEnd"/>
            <w:r w:rsidRPr="00D35336">
              <w:t>/IoT</w:t>
            </w:r>
          </w:p>
        </w:tc>
      </w:tr>
    </w:tbl>
    <w:p w14:paraId="3963E8D7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Stade d’avancement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A0907" w:rsidRPr="00D35336" w14:paraId="708A2ADC" w14:textId="77777777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E84FAE" w14:textId="77777777" w:rsidR="00DA0907" w:rsidRPr="00D35336" w:rsidRDefault="00E403ED">
            <w:pPr>
              <w:keepNext/>
              <w:spacing w:after="0"/>
            </w:pPr>
            <w:sdt>
              <w:sdtPr>
                <w:alias w:val="STADE_AVANCEMENT_1"/>
                <w:tag w:val="STADE_AVANCEMENT_1"/>
                <w:id w:val="-1228222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Idée / Concept / R&amp;D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459C4E" w14:textId="77777777" w:rsidR="00DA0907" w:rsidRPr="00D35336" w:rsidRDefault="00E403ED">
            <w:pPr>
              <w:keepNext/>
              <w:spacing w:after="0"/>
            </w:pPr>
            <w:sdt>
              <w:sdtPr>
                <w:alias w:val="STADE_AVANCEMENT_2"/>
                <w:tag w:val="STADE_AVANCEMENT_2"/>
                <w:id w:val="-84440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POC technique</w:t>
            </w:r>
          </w:p>
        </w:tc>
      </w:tr>
      <w:tr w:rsidR="00DA0907" w:rsidRPr="00D35336" w14:paraId="544A03CE" w14:textId="77777777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F9B218B" w14:textId="77777777" w:rsidR="00DA0907" w:rsidRPr="00D35336" w:rsidRDefault="00E403ED">
            <w:pPr>
              <w:spacing w:after="0"/>
            </w:pPr>
            <w:sdt>
              <w:sdtPr>
                <w:alias w:val="STADE_AVANCEMENT_3"/>
                <w:tag w:val="STADE_AVANCEMENT_3"/>
                <w:id w:val="-145093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POC marché / Amorçage commercial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62D9CA" w14:textId="77777777" w:rsidR="00DA0907" w:rsidRPr="00D35336" w:rsidRDefault="00E403ED">
            <w:pPr>
              <w:spacing w:after="0"/>
            </w:pPr>
            <w:sdt>
              <w:sdtPr>
                <w:alias w:val="STADE_AVANCEMENT_4"/>
                <w:tag w:val="STADE_AVANCEMENT_4"/>
                <w:id w:val="164715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Accélération / Développement</w:t>
            </w:r>
          </w:p>
        </w:tc>
      </w:tr>
    </w:tbl>
    <w:p w14:paraId="3680E58E" w14:textId="77777777" w:rsidR="00DA0907" w:rsidRPr="00D35336" w:rsidRDefault="00E403ED">
      <w:pPr>
        <w:keepNext/>
        <w:shd w:val="clear" w:color="auto" w:fill="E5005A"/>
        <w:spacing w:before="160" w:after="100"/>
        <w:ind w:left="85" w:right="5669"/>
      </w:pPr>
      <w:r w:rsidRPr="00D35336">
        <w:rPr>
          <w:b/>
          <w:color w:val="FFFFFF"/>
          <w:sz w:val="22"/>
        </w:rPr>
        <w:t>LE MARCHE</w:t>
      </w:r>
    </w:p>
    <w:p w14:paraId="09F34BC3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Cible marché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A0907" w:rsidRPr="00D35336" w14:paraId="06A21DB0" w14:textId="77777777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5AE1CC7" w14:textId="77777777" w:rsidR="00DA0907" w:rsidRPr="00D35336" w:rsidRDefault="00E403ED">
            <w:pPr>
              <w:spacing w:after="0"/>
            </w:pPr>
            <w:sdt>
              <w:sdtPr>
                <w:alias w:val="CIBLE_MARCHE_1"/>
                <w:tag w:val="CIBLE_MARCHE_1"/>
                <w:id w:val="917829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B2C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92ED31" w14:textId="77777777" w:rsidR="00DA0907" w:rsidRPr="00D35336" w:rsidRDefault="00E403ED">
            <w:pPr>
              <w:spacing w:after="0"/>
            </w:pPr>
            <w:sdt>
              <w:sdtPr>
                <w:alias w:val="CIBLE_MARCHE_2"/>
                <w:tag w:val="CIBLE_MARCHE_2"/>
                <w:id w:val="-1085301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B2B</w:t>
            </w:r>
          </w:p>
        </w:tc>
      </w:tr>
    </w:tbl>
    <w:p w14:paraId="145994D9" w14:textId="52A9E645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Description des cibles principales</w:t>
      </w:r>
    </w:p>
    <w:p w14:paraId="4BB00D3E" w14:textId="77777777" w:rsidR="00DA0907" w:rsidRPr="00D35336" w:rsidRDefault="00E403ED">
      <w:pPr>
        <w:pStyle w:val="Hint"/>
        <w:keepNext/>
        <w:rPr>
          <w:lang w:val="fr-FR"/>
        </w:rPr>
      </w:pPr>
      <w:r w:rsidRPr="00D35336">
        <w:rPr>
          <w:lang w:val="fr-FR"/>
        </w:rPr>
        <w:t>(3 lignes)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54627531" w14:textId="77777777">
        <w:trPr>
          <w:trHeight w:val="99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F8D725" w14:textId="77777777" w:rsidR="00DA0907" w:rsidRPr="00D35336" w:rsidRDefault="00E403ED">
            <w:pPr>
              <w:spacing w:after="0"/>
            </w:pPr>
            <w:sdt>
              <w:sdtPr>
                <w:alias w:val="CIBLES_PRINCIPALES"/>
                <w:tag w:val="CIBLES_PRINCIPALES"/>
                <w:id w:val="-939682982"/>
                <w:text w:multiLine="1"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6036AEF7" w14:textId="77777777" w:rsidR="00DA0907" w:rsidRPr="00D35336" w:rsidRDefault="00DA0907">
      <w:pPr>
        <w:spacing w:after="0"/>
      </w:pPr>
    </w:p>
    <w:p w14:paraId="2CE33597" w14:textId="53AA9F0E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Principaux concurrents</w:t>
      </w:r>
    </w:p>
    <w:p w14:paraId="238B9F00" w14:textId="77777777" w:rsidR="00DA0907" w:rsidRPr="00D35336" w:rsidRDefault="00E403ED">
      <w:pPr>
        <w:pStyle w:val="Hint"/>
        <w:keepNext/>
        <w:rPr>
          <w:lang w:val="fr-FR"/>
        </w:rPr>
      </w:pPr>
      <w:r w:rsidRPr="00D35336">
        <w:rPr>
          <w:lang w:val="fr-FR"/>
        </w:rPr>
        <w:t>(3 lignes)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7092E981" w14:textId="77777777">
        <w:trPr>
          <w:trHeight w:val="99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5F7EDE" w14:textId="77777777" w:rsidR="00DA0907" w:rsidRPr="00D35336" w:rsidRDefault="00E403ED">
            <w:pPr>
              <w:spacing w:after="0"/>
            </w:pPr>
            <w:sdt>
              <w:sdtPr>
                <w:alias w:val="CONCURRENTS"/>
                <w:tag w:val="CONCURRENTS"/>
                <w:id w:val="1392309626"/>
                <w:text w:multiLine="1"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4F14F86B" w14:textId="77777777" w:rsidR="00DA0907" w:rsidRPr="00D35336" w:rsidRDefault="00DA0907">
      <w:pPr>
        <w:spacing w:after="0"/>
      </w:pPr>
    </w:p>
    <w:p w14:paraId="728AF2C4" w14:textId="6106CBB2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lastRenderedPageBreak/>
        <w:t>Avantages concurrentiels</w:t>
      </w:r>
    </w:p>
    <w:p w14:paraId="5790377F" w14:textId="77777777" w:rsidR="00DA0907" w:rsidRPr="00D35336" w:rsidRDefault="00E403ED">
      <w:pPr>
        <w:pStyle w:val="Hint"/>
        <w:keepNext/>
        <w:rPr>
          <w:lang w:val="fr-FR"/>
        </w:rPr>
      </w:pPr>
      <w:r w:rsidRPr="00D35336">
        <w:rPr>
          <w:lang w:val="fr-FR"/>
        </w:rPr>
        <w:t>(3 lignes)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752B1BA9" w14:textId="77777777">
        <w:trPr>
          <w:trHeight w:val="99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ADEB5C" w14:textId="77777777" w:rsidR="00DA0907" w:rsidRPr="00D35336" w:rsidRDefault="00E403ED">
            <w:pPr>
              <w:spacing w:after="0"/>
            </w:pPr>
            <w:sdt>
              <w:sdtPr>
                <w:alias w:val="AVANTAGES_CONCURRENTIELS"/>
                <w:tag w:val="AVANTAGES_CONCURRENTIELS"/>
                <w:id w:val="-1087311048"/>
                <w:text w:multiLine="1"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11D10A2C" w14:textId="77777777" w:rsidR="00DA0907" w:rsidRDefault="00DA0907">
      <w:pPr>
        <w:spacing w:after="0"/>
      </w:pPr>
    </w:p>
    <w:p w14:paraId="0E9C48B8" w14:textId="77777777" w:rsidR="000125A1" w:rsidRPr="00D35336" w:rsidRDefault="000125A1">
      <w:pPr>
        <w:spacing w:after="0"/>
      </w:pPr>
    </w:p>
    <w:p w14:paraId="1B80037E" w14:textId="77777777" w:rsidR="00DA0907" w:rsidRPr="00D35336" w:rsidRDefault="00E403ED">
      <w:pPr>
        <w:keepNext/>
        <w:shd w:val="clear" w:color="auto" w:fill="E5005A"/>
        <w:spacing w:before="160" w:after="100"/>
        <w:ind w:left="85" w:right="5669"/>
      </w:pPr>
      <w:r w:rsidRPr="00D35336">
        <w:rPr>
          <w:b/>
          <w:color w:val="FFFFFF"/>
          <w:sz w:val="22"/>
        </w:rPr>
        <w:t>L’ECOSYSTEME</w:t>
      </w:r>
    </w:p>
    <w:p w14:paraId="1912B385" w14:textId="08A6A254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Partenaires institutionnels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A0907" w:rsidRPr="00D35336" w14:paraId="22C6FCAC" w14:textId="77777777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7DB860" w14:textId="77777777" w:rsidR="00DA0907" w:rsidRPr="00D35336" w:rsidRDefault="00E403ED">
            <w:pPr>
              <w:spacing w:after="0"/>
            </w:pPr>
            <w:sdt>
              <w:sdtPr>
                <w:alias w:val="PARTENAIRES_INSTITUTIONNELS_1"/>
                <w:tag w:val="PARTENAIRES_INSTITUTIONNELS_1"/>
                <w:id w:val="129605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OUI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172A84" w14:textId="77777777" w:rsidR="00DA0907" w:rsidRPr="00D35336" w:rsidRDefault="00E403ED">
            <w:pPr>
              <w:spacing w:after="0"/>
            </w:pPr>
            <w:sdt>
              <w:sdtPr>
                <w:alias w:val="PARTENAIRES_INSTITUTIONNELS_2"/>
                <w:tag w:val="PARTENAIRES_INSTITUTIONNELS_2"/>
                <w:id w:val="-688682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NON</w:t>
            </w:r>
          </w:p>
        </w:tc>
      </w:tr>
    </w:tbl>
    <w:p w14:paraId="46D8097B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Si oui, précisez (Pépinières, Incubateurs, Pôles de compétitivités...)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714F49E1" w14:textId="77777777">
        <w:trPr>
          <w:trHeight w:val="99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F099F5" w14:textId="77777777" w:rsidR="00DA0907" w:rsidRPr="00D35336" w:rsidRDefault="00E403ED">
            <w:pPr>
              <w:spacing w:after="0"/>
            </w:pPr>
            <w:sdt>
              <w:sdtPr>
                <w:alias w:val="PRECISIONS_PARTENAIRES_INSTITUTIONNELS"/>
                <w:tag w:val="PRECISIONS_PARTENAIRES_INSTITUTIONNELS"/>
                <w:id w:val="416525352"/>
                <w:text w:multiLine="1"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09D242F0" w14:textId="77777777" w:rsidR="00DA0907" w:rsidRPr="00D35336" w:rsidRDefault="00DA0907">
      <w:pPr>
        <w:spacing w:after="0"/>
      </w:pPr>
    </w:p>
    <w:p w14:paraId="625EB0F3" w14:textId="714FCC1B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Partenaires opérationnels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A0907" w:rsidRPr="00D35336" w14:paraId="7FACA42C" w14:textId="77777777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B74A38" w14:textId="77777777" w:rsidR="00DA0907" w:rsidRPr="00D35336" w:rsidRDefault="00E403ED">
            <w:pPr>
              <w:spacing w:after="0"/>
            </w:pPr>
            <w:sdt>
              <w:sdtPr>
                <w:alias w:val="PARTENAIRES_OPERATIONNELS_1"/>
                <w:tag w:val="PARTENAIRES_OPERATIONNELS_1"/>
                <w:id w:val="-57111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OUI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3A72E6B" w14:textId="77777777" w:rsidR="00DA0907" w:rsidRPr="00D35336" w:rsidRDefault="00E403ED">
            <w:pPr>
              <w:spacing w:after="0"/>
            </w:pPr>
            <w:sdt>
              <w:sdtPr>
                <w:alias w:val="PARTENAIRES_OPERATIONNELS_2"/>
                <w:tag w:val="PARTENAIRES_OPERATIONNELS_2"/>
                <w:id w:val="-292675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NON</w:t>
            </w:r>
          </w:p>
        </w:tc>
      </w:tr>
    </w:tbl>
    <w:p w14:paraId="1D231C01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Si oui, précisez (Partenaires industriels et commerciaux)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0A7B360D" w14:textId="77777777">
        <w:trPr>
          <w:trHeight w:val="99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F61B1E" w14:textId="77777777" w:rsidR="00DA0907" w:rsidRPr="00D35336" w:rsidRDefault="00E403ED">
            <w:pPr>
              <w:spacing w:after="0"/>
            </w:pPr>
            <w:sdt>
              <w:sdtPr>
                <w:alias w:val="PRECISIONS_PARTENAIRES_OPERATIONNELS"/>
                <w:tag w:val="PRECISIONS_PARTENAIRES_OPERATIONNELS"/>
                <w:id w:val="-1597320257"/>
                <w:text w:multiLine="1"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33D556A2" w14:textId="77777777" w:rsidR="00DA0907" w:rsidRPr="00D35336" w:rsidRDefault="00DA0907">
      <w:pPr>
        <w:spacing w:after="0"/>
      </w:pPr>
    </w:p>
    <w:p w14:paraId="1A694A63" w14:textId="2F420DCD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Fonds propres (</w:t>
      </w:r>
      <w:proofErr w:type="gramStart"/>
      <w:r w:rsidRPr="00D35336">
        <w:rPr>
          <w:lang w:val="fr-FR"/>
        </w:rPr>
        <w:t>€)</w:t>
      </w:r>
      <w:r w:rsidR="001860CB">
        <w:rPr>
          <w:lang w:val="fr-FR"/>
        </w:rPr>
        <w:t>*</w:t>
      </w:r>
      <w:proofErr w:type="gram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3BFD7A7A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54578105" w14:textId="77777777" w:rsidR="00DA0907" w:rsidRPr="00D35336" w:rsidRDefault="00E403ED">
            <w:pPr>
              <w:spacing w:after="0"/>
            </w:pPr>
            <w:sdt>
              <w:sdtPr>
                <w:alias w:val="FONDS_PROPRES"/>
                <w:tag w:val="FONDS_PROPRES"/>
                <w:id w:val="-1643490414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0650761C" w14:textId="7425B143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Montant des financements obtenus (€)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5B7FC739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57CFD734" w14:textId="77777777" w:rsidR="00DA0907" w:rsidRPr="00D35336" w:rsidRDefault="00E403ED">
            <w:pPr>
              <w:spacing w:after="0"/>
            </w:pPr>
            <w:sdt>
              <w:sdtPr>
                <w:alias w:val="FINANCEMENTS_OBTENUS"/>
                <w:tag w:val="FINANCEMENTS_OBTENUS"/>
                <w:id w:val="1454358692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500AADAC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Levée de fonds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A0907" w:rsidRPr="00D35336" w14:paraId="2D783444" w14:textId="77777777">
        <w:trPr>
          <w:cantSplit/>
          <w:jc w:val="center"/>
        </w:trPr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B582C4" w14:textId="77777777" w:rsidR="00DA0907" w:rsidRPr="00D35336" w:rsidRDefault="00E403ED">
            <w:pPr>
              <w:spacing w:after="0"/>
            </w:pPr>
            <w:sdt>
              <w:sdtPr>
                <w:alias w:val="LEVEE_FONDS_1"/>
                <w:tag w:val="LEVEE_FONDS_1"/>
                <w:id w:val="-1377691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OUI</w:t>
            </w:r>
          </w:p>
        </w:tc>
        <w:tc>
          <w:tcPr>
            <w:tcW w:w="481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666689" w14:textId="77777777" w:rsidR="00DA0907" w:rsidRPr="00D35336" w:rsidRDefault="00E403ED">
            <w:pPr>
              <w:spacing w:after="0"/>
            </w:pPr>
            <w:sdt>
              <w:sdtPr>
                <w:alias w:val="LEVEE_FONDS_2"/>
                <w:tag w:val="LEVEE_FONDS_2"/>
                <w:id w:val="77953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35336">
                  <w:rPr>
                    <w:rFonts w:ascii="MS Gothic" w:hAnsi="MS Gothic"/>
                  </w:rPr>
                  <w:t>☐</w:t>
                </w:r>
              </w:sdtContent>
            </w:sdt>
            <w:r w:rsidRPr="00D35336">
              <w:t xml:space="preserve"> NON</w:t>
            </w:r>
          </w:p>
        </w:tc>
      </w:tr>
    </w:tbl>
    <w:p w14:paraId="7779EBC5" w14:textId="77777777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Si oui, auprès de quels types d’investisseurs 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6DA7A15A" w14:textId="77777777">
        <w:trPr>
          <w:trHeight w:val="6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56D7F5" w14:textId="77777777" w:rsidR="00DA0907" w:rsidRPr="00D35336" w:rsidRDefault="00E403ED">
            <w:pPr>
              <w:spacing w:after="0"/>
            </w:pPr>
            <w:sdt>
              <w:sdtPr>
                <w:alias w:val="TYPES_INVESTISSEURS"/>
                <w:tag w:val="TYPES_INVESTISSEURS"/>
                <w:id w:val="-1156530113"/>
                <w:text w:multiLine="1"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52E5E13F" w14:textId="77777777" w:rsidR="00DA0907" w:rsidRPr="00D35336" w:rsidRDefault="00DA0907">
      <w:pPr>
        <w:spacing w:after="0"/>
      </w:pPr>
    </w:p>
    <w:p w14:paraId="57FF08EC" w14:textId="3892CCF9" w:rsidR="00DA0907" w:rsidRPr="00D35336" w:rsidRDefault="00E403ED">
      <w:pPr>
        <w:pStyle w:val="Question"/>
        <w:keepNext/>
        <w:rPr>
          <w:lang w:val="fr-FR"/>
        </w:rPr>
      </w:pPr>
      <w:r w:rsidRPr="00D35336">
        <w:rPr>
          <w:lang w:val="fr-FR"/>
        </w:rPr>
        <w:t>Quel serait votre besoin en financement ? (€)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7FF28E29" w14:textId="77777777">
        <w:trPr>
          <w:trHeight w:val="36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6E063A2C" w14:textId="77777777" w:rsidR="00DA0907" w:rsidRPr="00D35336" w:rsidRDefault="00E403ED">
            <w:pPr>
              <w:spacing w:after="0"/>
            </w:pPr>
            <w:sdt>
              <w:sdtPr>
                <w:alias w:val="BESOIN_FINANCEMENT"/>
                <w:tag w:val="BESOIN_FINANCEMENT"/>
                <w:id w:val="-1834210099"/>
                <w:text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123EDA37" w14:textId="77777777" w:rsidR="00897BC2" w:rsidRDefault="00897BC2" w:rsidP="000125A1">
      <w:pPr>
        <w:keepNext/>
        <w:spacing w:before="160" w:after="100"/>
        <w:ind w:left="85" w:right="5669"/>
        <w:rPr>
          <w:bCs/>
          <w:color w:val="FFFFFF"/>
          <w:sz w:val="22"/>
        </w:rPr>
      </w:pPr>
    </w:p>
    <w:p w14:paraId="2947FF51" w14:textId="77777777" w:rsidR="000125A1" w:rsidRDefault="000125A1" w:rsidP="000125A1">
      <w:pPr>
        <w:keepNext/>
        <w:spacing w:before="160" w:after="100"/>
        <w:ind w:left="85" w:right="5669"/>
        <w:rPr>
          <w:bCs/>
          <w:color w:val="FFFFFF"/>
          <w:sz w:val="22"/>
        </w:rPr>
      </w:pPr>
    </w:p>
    <w:p w14:paraId="7E730770" w14:textId="482C907D" w:rsidR="00DA0907" w:rsidRPr="00D35336" w:rsidRDefault="00E403ED" w:rsidP="00C45A96">
      <w:pPr>
        <w:keepNext/>
        <w:shd w:val="clear" w:color="auto" w:fill="E5005A"/>
        <w:spacing w:before="160" w:after="100"/>
        <w:ind w:left="85" w:right="5669"/>
      </w:pPr>
      <w:r w:rsidRPr="00D35336">
        <w:rPr>
          <w:b/>
          <w:color w:val="FFFFFF"/>
          <w:sz w:val="22"/>
        </w:rPr>
        <w:t>ENSEMBLE</w:t>
      </w:r>
    </w:p>
    <w:p w14:paraId="1DF1552A" w14:textId="379AFABA" w:rsidR="00DA0907" w:rsidRPr="00D35336" w:rsidRDefault="00E403ED">
      <w:pPr>
        <w:pStyle w:val="Question"/>
        <w:rPr>
          <w:lang w:val="fr-FR"/>
        </w:rPr>
      </w:pPr>
      <w:r w:rsidRPr="00D35336">
        <w:rPr>
          <w:lang w:val="fr-FR"/>
        </w:rPr>
        <w:t>Besoins prioritaires</w:t>
      </w:r>
      <w:r w:rsidR="00C45A96">
        <w:rPr>
          <w:lang w:val="fr-FR"/>
        </w:rPr>
        <w:t xml:space="preserve"> *</w:t>
      </w:r>
    </w:p>
    <w:p w14:paraId="4E5D014D" w14:textId="7405F4FF" w:rsidR="00DA0907" w:rsidRPr="002F7359" w:rsidRDefault="00E403ED" w:rsidP="00D35336">
      <w:pPr>
        <w:spacing w:after="80"/>
        <w:jc w:val="both"/>
        <w:rPr>
          <w:i/>
          <w:iCs/>
          <w:color w:val="808080" w:themeColor="background1" w:themeShade="80"/>
        </w:rPr>
      </w:pPr>
      <w:r w:rsidRPr="002F7359">
        <w:rPr>
          <w:i/>
          <w:iCs/>
          <w:color w:val="808080" w:themeColor="background1" w:themeShade="80"/>
          <w:sz w:val="19"/>
        </w:rPr>
        <w:t xml:space="preserve">Design </w:t>
      </w:r>
      <w:proofErr w:type="spellStart"/>
      <w:r w:rsidRPr="002F7359">
        <w:rPr>
          <w:i/>
          <w:iCs/>
          <w:color w:val="808080" w:themeColor="background1" w:themeShade="80"/>
          <w:sz w:val="19"/>
        </w:rPr>
        <w:t>Thinking</w:t>
      </w:r>
      <w:proofErr w:type="spellEnd"/>
      <w:r w:rsidRPr="002F7359">
        <w:rPr>
          <w:i/>
          <w:iCs/>
          <w:color w:val="808080" w:themeColor="background1" w:themeShade="80"/>
          <w:sz w:val="19"/>
        </w:rPr>
        <w:t>, Business Model, Co-innovation, Pitch et approche commerciale, Marketing et communication, Ingénierie financière, Organisation et Management, Relation presse et marque employeur, financement, internationalisation</w:t>
      </w:r>
      <w:r w:rsidR="00046DF9" w:rsidRPr="002F7359">
        <w:rPr>
          <w:i/>
          <w:iCs/>
          <w:color w:val="808080" w:themeColor="background1" w:themeShade="80"/>
          <w:sz w:val="19"/>
        </w:rPr>
        <w:t xml:space="preserve">, </w:t>
      </w:r>
      <w:r w:rsidR="00EE0D3A" w:rsidRPr="002F7359">
        <w:rPr>
          <w:i/>
          <w:iCs/>
          <w:color w:val="808080" w:themeColor="background1" w:themeShade="80"/>
          <w:sz w:val="19"/>
        </w:rPr>
        <w:t>…</w:t>
      </w:r>
    </w:p>
    <w:p w14:paraId="026B5281" w14:textId="77777777" w:rsidR="00DA0907" w:rsidRPr="00D35336" w:rsidRDefault="00E403ED">
      <w:pPr>
        <w:pStyle w:val="Hint"/>
        <w:keepNext/>
        <w:rPr>
          <w:lang w:val="fr-FR"/>
        </w:rPr>
      </w:pPr>
      <w:r w:rsidRPr="00D35336">
        <w:rPr>
          <w:lang w:val="fr-FR"/>
        </w:rPr>
        <w:t>(3 lignes)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A0907" w:rsidRPr="00D35336" w14:paraId="07248080" w14:textId="77777777">
        <w:trPr>
          <w:trHeight w:val="990"/>
          <w:jc w:val="center"/>
        </w:trPr>
        <w:tc>
          <w:tcPr>
            <w:tcW w:w="9694" w:type="dxa"/>
            <w:tcBorders>
              <w:top w:val="single" w:sz="6" w:space="0" w:color="C9D0D8"/>
              <w:left w:val="single" w:sz="6" w:space="0" w:color="C9D0D8"/>
              <w:bottom w:val="single" w:sz="6" w:space="0" w:color="C9D0D8"/>
              <w:right w:val="single" w:sz="6" w:space="0" w:color="C9D0D8"/>
            </w:tcBorders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48D51C" w14:textId="77777777" w:rsidR="00DA0907" w:rsidRPr="00D35336" w:rsidRDefault="00E403ED">
            <w:pPr>
              <w:spacing w:after="0"/>
            </w:pPr>
            <w:sdt>
              <w:sdtPr>
                <w:alias w:val="BESOINS_PRIORITAIRES"/>
                <w:tag w:val="BESOINS_PRIORITAIRES"/>
                <w:id w:val="-1093466330"/>
                <w:text w:multiLine="1"/>
              </w:sdtPr>
              <w:sdtEndPr/>
              <w:sdtContent>
                <w:r w:rsidRPr="00D35336">
                  <w:rPr>
                    <w:i/>
                    <w:color w:val="808080"/>
                  </w:rPr>
                  <w:t>Cliquez ici pour saisir votre réponse</w:t>
                </w:r>
              </w:sdtContent>
            </w:sdt>
          </w:p>
        </w:tc>
      </w:tr>
    </w:tbl>
    <w:p w14:paraId="1E625324" w14:textId="77777777" w:rsidR="00DA0907" w:rsidRPr="00D35336" w:rsidRDefault="00DA0907">
      <w:pPr>
        <w:spacing w:after="0"/>
      </w:pPr>
    </w:p>
    <w:p w14:paraId="513881F9" w14:textId="77777777" w:rsidR="00DA0907" w:rsidRPr="00D35336" w:rsidRDefault="00DA0907">
      <w:pPr>
        <w:spacing w:after="0"/>
      </w:pPr>
    </w:p>
    <w:p w14:paraId="2343C4F1" w14:textId="77777777" w:rsidR="00DA0907" w:rsidRPr="00D35336" w:rsidRDefault="00E403ED">
      <w:pPr>
        <w:spacing w:before="200" w:after="120"/>
      </w:pPr>
      <w:sdt>
        <w:sdtPr>
          <w:alias w:val="CONDITIONS_PARTICIPATION"/>
          <w:tag w:val="CONDITIONS_PARTICIPATION"/>
          <w:id w:val="-1801993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5336">
            <w:rPr>
              <w:rFonts w:ascii="MS Gothic" w:hAnsi="MS Gothic"/>
            </w:rPr>
            <w:t>☐</w:t>
          </w:r>
        </w:sdtContent>
      </w:sdt>
      <w:r w:rsidRPr="00D35336">
        <w:t xml:space="preserve"> En m'inscrivant à cet appel à projet, je reconnais avoir lu les conditions de participation*.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23"/>
      </w:tblGrid>
      <w:tr w:rsidR="00DA0907" w:rsidRPr="00D35336" w14:paraId="33AC562F" w14:textId="77777777" w:rsidTr="00D35336">
        <w:trPr>
          <w:jc w:val="center"/>
        </w:trPr>
        <w:tc>
          <w:tcPr>
            <w:tcW w:w="6123" w:type="dxa"/>
            <w:tcBorders>
              <w:top w:val="single" w:sz="0" w:space="0" w:color="2457A6"/>
              <w:left w:val="single" w:sz="0" w:space="0" w:color="2457A6"/>
              <w:bottom w:val="single" w:sz="0" w:space="0" w:color="2457A6"/>
              <w:right w:val="single" w:sz="0" w:space="0" w:color="2457A6"/>
            </w:tcBorders>
            <w:shd w:val="clear" w:color="auto" w:fill="2457A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E72611" w14:textId="7F964699" w:rsidR="00DA0907" w:rsidRPr="00D35336" w:rsidRDefault="00E403ED" w:rsidP="00D35336">
            <w:pPr>
              <w:spacing w:after="0"/>
              <w:jc w:val="center"/>
            </w:pPr>
            <w:r w:rsidRPr="00D35336">
              <w:rPr>
                <w:b/>
                <w:color w:val="CADE00"/>
                <w:sz w:val="24"/>
              </w:rPr>
              <w:t xml:space="preserve">A joindre : </w:t>
            </w:r>
            <w:r w:rsidRPr="00D35336">
              <w:rPr>
                <w:b/>
                <w:color w:val="FFFFFF"/>
                <w:sz w:val="24"/>
              </w:rPr>
              <w:t xml:space="preserve">Présentation </w:t>
            </w:r>
            <w:r w:rsidR="00432ED7">
              <w:rPr>
                <w:b/>
                <w:color w:val="FFFFFF"/>
                <w:sz w:val="24"/>
              </w:rPr>
              <w:t>de la société</w:t>
            </w:r>
          </w:p>
        </w:tc>
      </w:tr>
    </w:tbl>
    <w:p w14:paraId="1909B150" w14:textId="77777777" w:rsidR="00D35336" w:rsidRDefault="00D35336">
      <w:pPr>
        <w:spacing w:before="120" w:after="80"/>
        <w:rPr>
          <w:b/>
          <w:i/>
          <w:color w:val="5A5A5A"/>
          <w:u w:val="single"/>
        </w:rPr>
      </w:pPr>
    </w:p>
    <w:p w14:paraId="75731439" w14:textId="605E344F" w:rsidR="00DA0907" w:rsidRPr="00D35336" w:rsidRDefault="00E403ED">
      <w:pPr>
        <w:spacing w:before="120" w:after="80"/>
      </w:pPr>
      <w:r w:rsidRPr="00D35336">
        <w:rPr>
          <w:b/>
          <w:i/>
          <w:color w:val="5A5A5A"/>
          <w:u w:val="single"/>
        </w:rPr>
        <w:t>Conditions de participation</w:t>
      </w:r>
    </w:p>
    <w:p w14:paraId="5ADBD607" w14:textId="77777777" w:rsidR="00DA0907" w:rsidRPr="00D35336" w:rsidRDefault="00E403ED">
      <w:pPr>
        <w:pStyle w:val="Listepuces"/>
        <w:spacing w:after="40"/>
      </w:pPr>
      <w:r w:rsidRPr="00D35336">
        <w:rPr>
          <w:sz w:val="19"/>
        </w:rPr>
        <w:t>Des projets ou des services innovants qui peuvent répondre au défi de la transition écologique et la neutralité carbone</w:t>
      </w:r>
    </w:p>
    <w:p w14:paraId="3EAEA62E" w14:textId="77777777" w:rsidR="00DA0907" w:rsidRPr="00D35336" w:rsidRDefault="00E403ED">
      <w:pPr>
        <w:pStyle w:val="Listepuces"/>
        <w:spacing w:after="40"/>
      </w:pPr>
      <w:r w:rsidRPr="00D35336">
        <w:rPr>
          <w:sz w:val="19"/>
        </w:rPr>
        <w:t>Un entrepreneur motivé à développer son entreprise et prêt à être challengé</w:t>
      </w:r>
    </w:p>
    <w:p w14:paraId="4D2A122B" w14:textId="7C7DC015" w:rsidR="00DA0907" w:rsidRPr="00D35336" w:rsidRDefault="00E403ED">
      <w:pPr>
        <w:pStyle w:val="Listepuces"/>
        <w:spacing w:after="40"/>
      </w:pPr>
      <w:r w:rsidRPr="00D35336">
        <w:rPr>
          <w:sz w:val="19"/>
        </w:rPr>
        <w:t>500 euros pour 12 mois sans participation au capital de votre entreprise</w:t>
      </w:r>
      <w:r w:rsidR="00D35336" w:rsidRPr="00D35336">
        <w:rPr>
          <w:sz w:val="19"/>
        </w:rPr>
        <w:t xml:space="preserve"> </w:t>
      </w:r>
    </w:p>
    <w:sectPr w:rsidR="00DA0907" w:rsidRPr="00D35336" w:rsidSect="00034616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0B8FE" w14:textId="77777777" w:rsidR="00E403ED" w:rsidRPr="00D35336" w:rsidRDefault="00E403ED">
      <w:pPr>
        <w:spacing w:after="0" w:line="240" w:lineRule="auto"/>
      </w:pPr>
      <w:r w:rsidRPr="00D35336">
        <w:separator/>
      </w:r>
    </w:p>
  </w:endnote>
  <w:endnote w:type="continuationSeparator" w:id="0">
    <w:p w14:paraId="4C0A3430" w14:textId="77777777" w:rsidR="00E403ED" w:rsidRPr="00D35336" w:rsidRDefault="00E403ED">
      <w:pPr>
        <w:spacing w:after="0" w:line="240" w:lineRule="auto"/>
      </w:pPr>
      <w:r w:rsidRPr="00D353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270F" w14:textId="08A43372" w:rsidR="00D35336" w:rsidRDefault="00D3533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66A1" w14:textId="3D20F5F7" w:rsidR="00DA0907" w:rsidRPr="00D35336" w:rsidRDefault="00D35336">
    <w:pPr>
      <w:pStyle w:val="Pieddepage"/>
      <w:jc w:val="right"/>
    </w:pPr>
    <w:r w:rsidRPr="00D35336">
      <w:rPr>
        <w:color w:val="6E6E6E"/>
        <w:sz w:val="16"/>
      </w:rPr>
      <w:t xml:space="preserve">Page </w:t>
    </w:r>
    <w:r w:rsidRPr="00D35336">
      <w:rPr>
        <w:color w:val="6E6E6E"/>
        <w:sz w:val="16"/>
      </w:rPr>
      <w:fldChar w:fldCharType="begin"/>
    </w:r>
    <w:r w:rsidRPr="00D35336">
      <w:rPr>
        <w:color w:val="6E6E6E"/>
        <w:sz w:val="16"/>
      </w:rPr>
      <w:instrText xml:space="preserve"> PAGE </w:instrText>
    </w:r>
    <w:r w:rsidRPr="00D35336">
      <w:rPr>
        <w:color w:val="6E6E6E"/>
        <w:sz w:val="16"/>
      </w:rPr>
      <w:fldChar w:fldCharType="separate"/>
    </w:r>
    <w:r w:rsidRPr="00D35336">
      <w:rPr>
        <w:color w:val="6E6E6E"/>
        <w:sz w:val="16"/>
      </w:rPr>
      <w:t>1</w:t>
    </w:r>
    <w:r w:rsidRPr="00D35336">
      <w:rPr>
        <w:color w:val="6E6E6E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8E53D" w14:textId="6BB205F6" w:rsidR="00D35336" w:rsidRDefault="00D3533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4DEDC" w14:textId="77777777" w:rsidR="00E403ED" w:rsidRPr="00D35336" w:rsidRDefault="00E403ED">
      <w:pPr>
        <w:spacing w:after="0" w:line="240" w:lineRule="auto"/>
      </w:pPr>
      <w:r w:rsidRPr="00D35336">
        <w:separator/>
      </w:r>
    </w:p>
  </w:footnote>
  <w:footnote w:type="continuationSeparator" w:id="0">
    <w:p w14:paraId="2D19266B" w14:textId="77777777" w:rsidR="00E403ED" w:rsidRPr="00D35336" w:rsidRDefault="00E403ED">
      <w:pPr>
        <w:spacing w:after="0" w:line="240" w:lineRule="auto"/>
      </w:pPr>
      <w:r w:rsidRPr="00D353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E332E" w14:textId="59AFE7C0" w:rsidR="00D35336" w:rsidRPr="00D35336" w:rsidRDefault="00D35336" w:rsidP="00D35336">
    <w:pPr>
      <w:pStyle w:val="En-tte"/>
      <w:jc w:val="right"/>
    </w:pPr>
    <w:r w:rsidRPr="00D35336">
      <w:rPr>
        <w:noProof/>
      </w:rPr>
      <w:drawing>
        <wp:anchor distT="0" distB="0" distL="114300" distR="114300" simplePos="0" relativeHeight="251658240" behindDoc="0" locked="0" layoutInCell="1" allowOverlap="1" wp14:anchorId="74CCD06A" wp14:editId="6C09D631">
          <wp:simplePos x="0" y="0"/>
          <wp:positionH relativeFrom="column">
            <wp:posOffset>5893435</wp:posOffset>
          </wp:positionH>
          <wp:positionV relativeFrom="paragraph">
            <wp:posOffset>-333376</wp:posOffset>
          </wp:positionV>
          <wp:extent cx="901289" cy="445229"/>
          <wp:effectExtent l="0" t="0" r="0" b="0"/>
          <wp:wrapTopAndBottom/>
          <wp:docPr id="268790490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939" cy="4470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3320331">
    <w:abstractNumId w:val="8"/>
  </w:num>
  <w:num w:numId="2" w16cid:durableId="56629497">
    <w:abstractNumId w:val="6"/>
  </w:num>
  <w:num w:numId="3" w16cid:durableId="358241826">
    <w:abstractNumId w:val="5"/>
  </w:num>
  <w:num w:numId="4" w16cid:durableId="1381058003">
    <w:abstractNumId w:val="4"/>
  </w:num>
  <w:num w:numId="5" w16cid:durableId="819151288">
    <w:abstractNumId w:val="7"/>
  </w:num>
  <w:num w:numId="6" w16cid:durableId="732041323">
    <w:abstractNumId w:val="3"/>
  </w:num>
  <w:num w:numId="7" w16cid:durableId="806898180">
    <w:abstractNumId w:val="2"/>
  </w:num>
  <w:num w:numId="8" w16cid:durableId="245696681">
    <w:abstractNumId w:val="1"/>
  </w:num>
  <w:num w:numId="9" w16cid:durableId="51094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5A1"/>
    <w:rsid w:val="00034616"/>
    <w:rsid w:val="00045BA4"/>
    <w:rsid w:val="00046DF9"/>
    <w:rsid w:val="0006063C"/>
    <w:rsid w:val="0015074B"/>
    <w:rsid w:val="001860CB"/>
    <w:rsid w:val="0029639D"/>
    <w:rsid w:val="002E150D"/>
    <w:rsid w:val="002F7359"/>
    <w:rsid w:val="003138D8"/>
    <w:rsid w:val="00326B6C"/>
    <w:rsid w:val="00326F90"/>
    <w:rsid w:val="00394AB2"/>
    <w:rsid w:val="00432ED7"/>
    <w:rsid w:val="0056723F"/>
    <w:rsid w:val="0069006E"/>
    <w:rsid w:val="00756F01"/>
    <w:rsid w:val="00806145"/>
    <w:rsid w:val="00897BC2"/>
    <w:rsid w:val="00915F5D"/>
    <w:rsid w:val="00AA1D8D"/>
    <w:rsid w:val="00AF347A"/>
    <w:rsid w:val="00B47730"/>
    <w:rsid w:val="00C45A96"/>
    <w:rsid w:val="00CB0664"/>
    <w:rsid w:val="00D35336"/>
    <w:rsid w:val="00DA0907"/>
    <w:rsid w:val="00E02F80"/>
    <w:rsid w:val="00E403ED"/>
    <w:rsid w:val="00E56CAE"/>
    <w:rsid w:val="00EE0D3A"/>
    <w:rsid w:val="00FB23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709B38"/>
  <w14:defaultImageDpi w14:val="300"/>
  <w15:docId w15:val="{38D58BB0-53F4-4E41-81EC-F5B8F61B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pPr>
      <w:spacing w:before="80" w:after="60"/>
    </w:pPr>
    <w:rPr>
      <w:rFonts w:ascii="Arial" w:hAnsi="Arial"/>
      <w:b/>
      <w:color w:val="202020"/>
      <w:sz w:val="20"/>
    </w:rPr>
  </w:style>
  <w:style w:type="paragraph" w:customStyle="1" w:styleId="Hint">
    <w:name w:val="Hint"/>
    <w:pPr>
      <w:spacing w:after="40"/>
    </w:pPr>
    <w:rPr>
      <w:rFonts w:ascii="Arial" w:hAnsi="Arial"/>
      <w:i/>
      <w:color w:val="666666"/>
      <w:sz w:val="17"/>
    </w:rPr>
  </w:style>
  <w:style w:type="character" w:styleId="Lienhypertexte">
    <w:name w:val="Hyperlink"/>
    <w:basedOn w:val="Policepardfaut"/>
    <w:uiPriority w:val="99"/>
    <w:unhideWhenUsed/>
    <w:rsid w:val="00FB234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2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cleantech-vallee.f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6DE2A6F862648B32B79E9BB0D9F89" ma:contentTypeVersion="17" ma:contentTypeDescription="Crée un document." ma:contentTypeScope="" ma:versionID="6d429a8187f9bbdaa95799b73c0dac88">
  <xsd:schema xmlns:xsd="http://www.w3.org/2001/XMLSchema" xmlns:xs="http://www.w3.org/2001/XMLSchema" xmlns:p="http://schemas.microsoft.com/office/2006/metadata/properties" xmlns:ns2="476f4c2b-66b9-4e94-abc7-329b66bdc2ac" xmlns:ns3="8ecf74cf-28d1-44dc-b3e9-b24ba5b1f3fb" targetNamespace="http://schemas.microsoft.com/office/2006/metadata/properties" ma:root="true" ma:fieldsID="8a8d81333d2a7a0f79f1fa78b3fd58e8" ns2:_="" ns3:_="">
    <xsd:import namespace="476f4c2b-66b9-4e94-abc7-329b66bdc2ac"/>
    <xsd:import namespace="8ecf74cf-28d1-44dc-b3e9-b24ba5b1f3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f4c2b-66b9-4e94-abc7-329b66bdc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1cf97a0c-d5ff-4a88-9975-c83b2218b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f74cf-28d1-44dc-b3e9-b24ba5b1f3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7d36bdb-bcce-43e6-9d2f-23cc9f7de64b}" ma:internalName="TaxCatchAll" ma:showField="CatchAllData" ma:web="8ecf74cf-28d1-44dc-b3e9-b24ba5b1f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cf74cf-28d1-44dc-b3e9-b24ba5b1f3fb" xsi:nil="true"/>
    <lcf76f155ced4ddcb4097134ff3c332f xmlns="476f4c2b-66b9-4e94-abc7-329b66bdc2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B101EE-023F-470C-8F18-4AECDF774497}"/>
</file>

<file path=customXml/itemProps2.xml><?xml version="1.0" encoding="utf-8"?>
<ds:datastoreItem xmlns:ds="http://schemas.openxmlformats.org/officeDocument/2006/customXml" ds:itemID="{5266C5D6-B6F6-4222-B086-C9959D9261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DF04B8-65D9-4C85-9E7F-707C41C6D0C1}">
  <ds:schemaRefs>
    <ds:schemaRef ds:uri="http://schemas.microsoft.com/office/2006/metadata/properties"/>
    <ds:schemaRef ds:uri="http://schemas.microsoft.com/office/infopath/2007/PartnerControls"/>
    <ds:schemaRef ds:uri="e057e2c1-ee65-4508-b46c-cee6cfd9b9ad"/>
    <ds:schemaRef ds:uri="a81f7a4d-d9a3-463a-8fc4-463b2e4c0e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614</Words>
  <Characters>3379</Characters>
  <Application>Microsoft Office Word</Application>
  <DocSecurity>0</DocSecurity>
  <Lines>28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Fiche de candidature CleanTech Booster - Saison 8</vt:lpstr>
      <vt:lpstr/>
    </vt:vector>
  </TitlesOfParts>
  <Manager/>
  <Company/>
  <LinksUpToDate>false</LinksUpToDate>
  <CharactersWithSpaces>3986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candidature CleanTech Booster - Saison 8</dc:title>
  <dc:subject>Formulaire de candidature remplissable</dc:subject>
  <dc:creator>In Extenso Innovation Croissance</dc:creator>
  <cp:keywords/>
  <dc:description>generated by python-docx</dc:description>
  <cp:lastModifiedBy>BAYLE Fiona</cp:lastModifiedBy>
  <cp:revision>18</cp:revision>
  <dcterms:created xsi:type="dcterms:W3CDTF">2026-10-08T08:12:00Z</dcterms:created>
  <dcterms:modified xsi:type="dcterms:W3CDTF">2026-10-12T12:56:00Z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0x0101004BD6DE2A6F862648B32B79E9BB0D9F89</vt:lpwstr>
  </property>
  <property fmtid="{D5CDD505-2E9C-101B-9397-08002B2CF9AE}" pid="3" name="MSIP_Label_455945a5-d348-4d51-a20d-f11c08116a19_Enabled">
    <vt:lpwstr>true</vt:lpwstr>
  </property>
  <property fmtid="{D5CDD505-2E9C-101B-9397-08002B2CF9AE}" pid="4" name="MSIP_Label_455945a5-d348-4d51-a20d-f11c08116a19_SetDate">
    <vt:lpwstr>2026-10-08T08:21:40Z</vt:lpwstr>
  </property>
  <property fmtid="{D5CDD505-2E9C-101B-9397-08002B2CF9AE}" pid="5" name="MSIP_Label_455945a5-d348-4d51-a20d-f11c08116a19_Method">
    <vt:lpwstr>Privileged</vt:lpwstr>
  </property>
  <property fmtid="{D5CDD505-2E9C-101B-9397-08002B2CF9AE}" pid="6" name="MSIP_Label_455945a5-d348-4d51-a20d-f11c08116a19_Name">
    <vt:lpwstr>Pas de marquage</vt:lpwstr>
  </property>
  <property fmtid="{D5CDD505-2E9C-101B-9397-08002B2CF9AE}" pid="7" name="MSIP_Label_455945a5-d348-4d51-a20d-f11c08116a19_SiteId">
    <vt:lpwstr>bb948182-0852-4388-a948-98f0c3dfb67f</vt:lpwstr>
  </property>
  <property fmtid="{D5CDD505-2E9C-101B-9397-08002B2CF9AE}" pid="8" name="MSIP_Label_455945a5-d348-4d51-a20d-f11c08116a19_ActionId">
    <vt:lpwstr>98122f2c-5f84-49b8-9b64-49551033d9b5</vt:lpwstr>
  </property>
  <property fmtid="{D5CDD505-2E9C-101B-9397-08002B2CF9AE}" pid="9" name="MSIP_Label_455945a5-d348-4d51-a20d-f11c08116a19_ContentBits">
    <vt:lpwstr>0</vt:lpwstr>
  </property>
  <property fmtid="{D5CDD505-2E9C-101B-9397-08002B2CF9AE}" pid="10" name="MSIP_Label_455945a5-d348-4d51-a20d-f11c08116a19_Tag">
    <vt:lpwstr>10, 0, 1, 1</vt:lpwstr>
  </property>
  <property fmtid="{D5CDD505-2E9C-101B-9397-08002B2CF9AE}" pid="11" name="MediaServiceImageTags">
    <vt:lpwstr/>
  </property>
</Properties>
</file>